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Conflict of Interest Disclosure Form</w:t>
      </w:r>
    </w:p>
    <w:p>
      <w:r>
        <w:t>Organization: Hope for Autism United for Soccer Foundation Inc.</w:t>
      </w:r>
    </w:p>
    <w:p>
      <w:r>
        <w:t>Year: __________________________</w:t>
      </w:r>
    </w:p>
    <w:p>
      <w:r>
        <w:t>Name: __________________________________________</w:t>
      </w:r>
    </w:p>
    <w:p>
      <w:r>
        <w:t>Position: ________________________________________</w:t>
      </w:r>
    </w:p>
    <w:p>
      <w:r>
        <w:t>Email: __________________________________________</w:t>
      </w:r>
    </w:p>
    <w:p>
      <w:r>
        <w:t>Phone Number: __________________________________</w:t>
      </w:r>
    </w:p>
    <w:p>
      <w:pPr>
        <w:pStyle w:val="Heading2"/>
      </w:pPr>
      <w:r>
        <w:t>Section 1: Disclosure of Outside Interests</w:t>
      </w:r>
    </w:p>
    <w:p>
      <w:r>
        <w:t>1. Do you or any of your family members have a financial interest in any entity that may provide goods or services to the Foundation?</w:t>
      </w:r>
    </w:p>
    <w:p>
      <w:r>
        <w:t>[ ] Yes    [ ] No</w:t>
      </w:r>
    </w:p>
    <w:p>
      <w:r>
        <w:t>If yes, please describe:</w:t>
      </w:r>
    </w:p>
    <w:p>
      <w:r>
        <w:t>__________________________________________________________</w:t>
      </w:r>
    </w:p>
    <w:p>
      <w:r>
        <w:t>2. Do you serve as an officer, director, partner, or employee of any entity that may do business with the Foundation?</w:t>
      </w:r>
    </w:p>
    <w:p>
      <w:r>
        <w:t>[ ] Yes    [ ] No</w:t>
      </w:r>
    </w:p>
    <w:p>
      <w:r>
        <w:t>If yes, please explain:</w:t>
      </w:r>
    </w:p>
    <w:p>
      <w:r>
        <w:t>__________________________________________________________</w:t>
      </w:r>
    </w:p>
    <w:p>
      <w:pPr>
        <w:pStyle w:val="Heading2"/>
      </w:pPr>
      <w:r>
        <w:t>Section 2: Certification</w:t>
      </w:r>
    </w:p>
    <w:p>
      <w:r>
        <w:t>I affirm the information provided is complete and accurate to the best of my knowledge. I understand that I have a continuing obligation to disclose any potential conflicts of interest as they arise.</w:t>
      </w:r>
    </w:p>
    <w:p>
      <w:r>
        <w:br/>
        <w:t>Signature: _________________________   Date: _______________</w:t>
      </w:r>
    </w:p>
    <w:p>
      <w:r>
        <w:t>Reviewed by Board Chair or Designee: _________________________   Date: _______________</w:t>
      </w:r>
    </w:p>
    <w:p>
      <w:r>
        <w:br/>
        <w:t>This form is to be submitted annually by all members of the Board of Directors, senior staff, and committee members.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