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Donor Acknowledgment Letter Template</w:t>
      </w:r>
    </w:p>
    <w:p>
      <w:r>
        <w:t>[Hope for Autism United for Soccer Foundation Inc. Letterhead]</w:t>
      </w:r>
    </w:p>
    <w:p>
      <w:r>
        <w:t>Date: ____________________</w:t>
      </w:r>
    </w:p>
    <w:p>
      <w:r>
        <w:t>Donor Name: _____________________________________</w:t>
      </w:r>
    </w:p>
    <w:p>
      <w:r>
        <w:t>Donor Address: ___________________________________</w:t>
      </w:r>
    </w:p>
    <w:p>
      <w:r>
        <w:t>City, State, ZIP: _________________________________</w:t>
        <w:br/>
      </w:r>
    </w:p>
    <w:p>
      <w:r>
        <w:t>Dear [Donor Name],</w:t>
        <w:br/>
      </w:r>
    </w:p>
    <w:p>
      <w:r>
        <w:t>On behalf of everyone at Hope for Autism United for Soccer Foundation Inc., we extend our heartfelt gratitude for your generous contribution of $__________, received on [Date]. Your support empowers our mission to improve the lives of neurodivergent children and adults through the power of soccer, education, and community engagement.</w:t>
      </w:r>
    </w:p>
    <w:p>
      <w:r>
        <w:t>Please note that no goods or services were provided in exchange for this donation. This letter may serve as your official tax receipt.</w:t>
      </w:r>
    </w:p>
    <w:p>
      <w:r>
        <w:t>We are deeply grateful for your commitment to inclusion and look forward to keeping you informed about the impact of your contribution. Together, we are creating a more inclusive world—one goal at a time.</w:t>
      </w:r>
    </w:p>
    <w:p>
      <w:r>
        <w:t>With sincere appreciation,</w:t>
      </w:r>
    </w:p>
    <w:p>
      <w:r>
        <w:br/>
        <w:t>_________________________</w:t>
        <w:br/>
        <w:t>Oscar Amuz</w:t>
        <w:br/>
        <w:t>Founder &amp; CEO</w:t>
      </w:r>
    </w:p>
    <w:p>
      <w:r>
        <w:t>Hope for Autism United for Soccer Foundation Inc.</w:t>
      </w:r>
    </w:p>
    <w:p>
      <w:r>
        <w:t>info@autismsoccer.org | +1 (305) 469-0895</w:t>
      </w:r>
    </w:p>
    <w:p>
      <w:r>
        <w:br/>
        <w:t>Hope for Autism United for Soccer Foundation Inc. is a 501(c)(3) nonprofit organization. © 2025 All rights reserved. Unauthorized duplication or disclosure is prohibited.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