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Financial Expense Request Form</w:t>
      </w:r>
    </w:p>
    <w:p>
      <w:r>
        <w:t>Organization: Hope for Autism United for Soccer Foundation Inc.</w:t>
      </w:r>
    </w:p>
    <w:p>
      <w:r>
        <w:t>Date of Request: __________________________</w:t>
      </w:r>
    </w:p>
    <w:p>
      <w:pPr>
        <w:pStyle w:val="Heading2"/>
      </w:pPr>
      <w:r>
        <w:t>Requester Information</w:t>
      </w:r>
    </w:p>
    <w:p>
      <w:r>
        <w:t>Name of Requester: __________________________________________</w:t>
      </w:r>
    </w:p>
    <w:p>
      <w:r>
        <w:t>Department: ________________________________________________</w:t>
      </w:r>
    </w:p>
    <w:p>
      <w:r>
        <w:t>Phone/Email: _______________________________________________</w:t>
      </w:r>
    </w:p>
    <w:p>
      <w:pPr>
        <w:pStyle w:val="Heading2"/>
      </w:pPr>
      <w:r>
        <w:t>Expense Details</w:t>
      </w:r>
    </w:p>
    <w:p>
      <w:r>
        <w:t>Purpose of Expense:</w:t>
      </w:r>
    </w:p>
    <w:p>
      <w:r>
        <w:t>__________________________________________________________</w:t>
      </w:r>
    </w:p>
    <w:p>
      <w:r>
        <w:t>__________________________________________________________</w:t>
      </w:r>
    </w:p>
    <w:p>
      <w:r>
        <w:t>Amount Requested: $____________________</w:t>
      </w:r>
    </w:p>
    <w:p>
      <w:r>
        <w:t>Date Needed: ___________________________</w:t>
      </w:r>
    </w:p>
    <w:p>
      <w:r>
        <w:t>Payable To (Vendor/Individual): ___________________________________</w:t>
      </w:r>
    </w:p>
    <w:p>
      <w:r>
        <w:t>Payment Method Requested: [ ] Check   [ ] ACH   [ ] Reimbursement   [ ] Credit Card</w:t>
      </w:r>
    </w:p>
    <w:p>
      <w:pPr>
        <w:pStyle w:val="Heading2"/>
      </w:pPr>
      <w:r>
        <w:t>Budget Information</w:t>
      </w:r>
    </w:p>
    <w:p>
      <w:r>
        <w:t>Budget Line Item Code: _____________________________________</w:t>
      </w:r>
    </w:p>
    <w:p>
      <w:r>
        <w:t>Has this expense been budgeted?  [ ] Yes   [ ] No</w:t>
      </w:r>
    </w:p>
    <w:p>
      <w:r>
        <w:t>If no, explain justification:</w:t>
      </w:r>
    </w:p>
    <w:p>
      <w:r>
        <w:t>__________________________________________________________</w:t>
      </w:r>
    </w:p>
    <w:p>
      <w:pPr>
        <w:pStyle w:val="Heading2"/>
      </w:pPr>
      <w:r>
        <w:t>Supporting Documents</w:t>
      </w:r>
    </w:p>
    <w:p>
      <w:r>
        <w:t>[ ] Invoice Attached   [ ] Receipt Attached   [ ] Other: __________________</w:t>
      </w:r>
    </w:p>
    <w:p>
      <w:pPr>
        <w:pStyle w:val="Heading2"/>
      </w:pPr>
      <w:r>
        <w:t>Authorization</w:t>
      </w:r>
    </w:p>
    <w:p>
      <w:r>
        <w:t>Requested By (Signature): _________________________  Date: _______________</w:t>
      </w:r>
    </w:p>
    <w:p>
      <w:r>
        <w:t>Approved By (Finance Director): ___________________  Date: _______________</w:t>
      </w:r>
    </w:p>
    <w:p>
      <w:r>
        <w:t>Approved By (CEO or Designee): ____________________  Date: _______________</w:t>
      </w:r>
    </w:p>
    <w:p>
      <w:r>
        <w:br/>
        <w:t>All expense requests are subject to review under the Financial Controls Policy.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