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Incident Report Form</w:t>
      </w:r>
    </w:p>
    <w:p>
      <w:r>
        <w:t>Organization: Hope for Autism United for Soccer Foundation Inc.</w:t>
      </w:r>
    </w:p>
    <w:p>
      <w:r>
        <w:t>Date of Report: __________________________</w:t>
      </w:r>
    </w:p>
    <w:p>
      <w:r>
        <w:t>Name of Reporter: __________________________________________</w:t>
      </w:r>
    </w:p>
    <w:p>
      <w:r>
        <w:t>Role/Position: ______________________________________________</w:t>
      </w:r>
    </w:p>
    <w:p>
      <w:r>
        <w:t>Contact Information: _________________________________________</w:t>
      </w:r>
    </w:p>
    <w:p>
      <w:pPr>
        <w:pStyle w:val="Heading2"/>
      </w:pPr>
      <w:r>
        <w:t>Incident Details</w:t>
      </w:r>
    </w:p>
    <w:p>
      <w:r>
        <w:t>Date and Time of Incident: ____________________________________</w:t>
      </w:r>
    </w:p>
    <w:p>
      <w:r>
        <w:t>Location of Incident: _________________________________________</w:t>
      </w:r>
    </w:p>
    <w:p>
      <w:r>
        <w:t>Persons Involved:</w:t>
      </w:r>
    </w:p>
    <w:p>
      <w:r>
        <w:t>__________________________________________________________</w:t>
      </w:r>
    </w:p>
    <w:p>
      <w:r>
        <w:t>Description of Incident: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t>Immediate Action Taken: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pPr>
        <w:pStyle w:val="Heading2"/>
      </w:pPr>
      <w:r>
        <w:t>Follow-Up</w:t>
      </w:r>
    </w:p>
    <w:p>
      <w:r>
        <w:t>Was anyone injured?  [ ] Yes   [ ] No</w:t>
      </w:r>
    </w:p>
    <w:p>
      <w:r>
        <w:t>If yes, describe injuries and care provided:</w:t>
      </w:r>
    </w:p>
    <w:p>
      <w:r>
        <w:t>__________________________________________________________</w:t>
      </w:r>
    </w:p>
    <w:p>
      <w:r>
        <w:t>Was the incident reported to emergency services?  [ ] Yes   [ ] No</w:t>
      </w:r>
    </w:p>
    <w:p>
      <w:r>
        <w:t>Further Action Required (if any):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pPr>
        <w:pStyle w:val="Heading2"/>
      </w:pPr>
      <w:r>
        <w:t>Signatures</w:t>
      </w:r>
    </w:p>
    <w:p>
      <w:r>
        <w:t>Signature of Reporter: _________________________  Date: _______________</w:t>
      </w:r>
    </w:p>
    <w:p>
      <w:r>
        <w:t>Supervisor Review (if applicable): _________________________  Date: _______________</w:t>
      </w:r>
    </w:p>
    <w:p>
      <w:r>
        <w:br/>
        <w:t>This form is confidential and should be submitted to the Executive Director or Risk Manager.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