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Partnership Memorandum of Understanding (MOU)</w:t>
      </w:r>
    </w:p>
    <w:p>
      <w:r>
        <w:t>This Memorandum of Understanding (MOU) is entered into by and between:</w:t>
      </w:r>
    </w:p>
    <w:p>
      <w:r>
        <w:t>Hope for Autism United for Soccer Foundation Inc., a 501(c)(3) nonprofit organization with offices at [Insert Address], hereinafter referred to as “HOPE FOR AUTISM,”</w:t>
      </w:r>
    </w:p>
    <w:p>
      <w:r>
        <w:t>AND</w:t>
      </w:r>
    </w:p>
    <w:p>
      <w:r>
        <w:t>[Partner Organization Name], located at [Partner Address], hereinafter referred to as “PARTNER.”</w:t>
      </w:r>
    </w:p>
    <w:p>
      <w:pPr>
        <w:pStyle w:val="Heading2"/>
      </w:pPr>
      <w:r>
        <w:t>I. Purpose</w:t>
      </w:r>
    </w:p>
    <w:p>
      <w:r>
        <w:t>The purpose of this MOU is to establish a collaborative partnership to support initiatives that promote neurodiversity, inclusion, and community impact through adaptive soccer and education-based programs.</w:t>
      </w:r>
    </w:p>
    <w:p>
      <w:pPr>
        <w:pStyle w:val="Heading2"/>
      </w:pPr>
      <w:r>
        <w:t>II. Responsibilities of HOPE FOR AUTISM</w:t>
      </w:r>
    </w:p>
    <w:p>
      <w:r>
        <w:t>- Provide programming and support materials relevant to joint initiatives.</w:t>
      </w:r>
    </w:p>
    <w:p>
      <w:r>
        <w:t>- Coordinate training and development opportunities for PARTNER staff, if applicable.</w:t>
      </w:r>
    </w:p>
    <w:p>
      <w:r>
        <w:t>- Promote the partnership through official channels when appropriate.</w:t>
      </w:r>
    </w:p>
    <w:p>
      <w:pPr>
        <w:pStyle w:val="Heading2"/>
      </w:pPr>
      <w:r>
        <w:t>III. Responsibilities of PARTNER</w:t>
      </w:r>
    </w:p>
    <w:p>
      <w:r>
        <w:t>- Actively participate in agreed upon programs and events.</w:t>
      </w:r>
    </w:p>
    <w:p>
      <w:r>
        <w:t>- Provide accurate branding and partnership acknowledgments.</w:t>
      </w:r>
    </w:p>
    <w:p>
      <w:r>
        <w:t>- Maintain communication and adhere to agreed timelines.</w:t>
      </w:r>
    </w:p>
    <w:p>
      <w:pPr>
        <w:pStyle w:val="Heading2"/>
      </w:pPr>
      <w:r>
        <w:t>IV. Term and Termination</w:t>
      </w:r>
    </w:p>
    <w:p>
      <w:r>
        <w:t>This MOU shall remain in effect for one (1) year from the date of signature, unless extended or terminated by either party with 30 days written notice.</w:t>
      </w:r>
    </w:p>
    <w:p>
      <w:pPr>
        <w:pStyle w:val="Heading2"/>
      </w:pPr>
      <w:r>
        <w:t>V. Non-Binding Agreement</w:t>
      </w:r>
    </w:p>
    <w:p>
      <w:r>
        <w:t>This MOU is not a legally binding agreement but serves as a statement of intent to collaborate in good faith.</w:t>
      </w:r>
    </w:p>
    <w:p>
      <w:pPr>
        <w:pStyle w:val="Heading2"/>
      </w:pPr>
      <w:r>
        <w:t>VI. Signatures</w:t>
      </w:r>
    </w:p>
    <w:p>
      <w:r>
        <w:br/>
        <w:t>Signed on this ________ day of ___________, 20___</w:t>
        <w:br/>
      </w:r>
    </w:p>
    <w:p>
      <w:r>
        <w:t>_________________________                _________________________</w:t>
      </w:r>
    </w:p>
    <w:p>
      <w:r>
        <w:t>Oscar Amuz                                     [Authorized Partner Representative]</w:t>
      </w:r>
    </w:p>
    <w:p>
      <w:r>
        <w:t>Founder &amp; CEO, Hope for Autism        Title: _______________________</w:t>
      </w:r>
    </w:p>
    <w:p>
      <w:r>
        <w:t>United for Soccer Foundation Inc.     Organization: _______________</w:t>
      </w:r>
    </w:p>
    <w:p>
      <w:r>
        <w:br/>
        <w:t>Hope for Autism United for Soccer Foundation Inc. is a 501(c)(3) nonprofit organization. © 2025 All rights reserved. Unauthorized duplication or disclosure is prohibited.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