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Post Approval Request Form</w:t>
      </w:r>
    </w:p>
    <w:p>
      <w:r>
        <w:t>Organization: Hope for Autism United for Soccer Foundation Inc.</w:t>
      </w:r>
    </w:p>
    <w:p>
      <w:r>
        <w:t>Date Submitted: __________________________</w:t>
      </w:r>
    </w:p>
    <w:p>
      <w:r>
        <w:t>Submitted By: _____________________________</w:t>
      </w:r>
    </w:p>
    <w:p>
      <w:r>
        <w:t>Department: ______________________________</w:t>
      </w:r>
    </w:p>
    <w:p>
      <w:r>
        <w:t>Email: ___________________________________</w:t>
      </w:r>
    </w:p>
    <w:p>
      <w:r>
        <w:t>Phone: ___________________________________</w:t>
      </w:r>
    </w:p>
    <w:p>
      <w:pPr>
        <w:pStyle w:val="Heading2"/>
      </w:pPr>
      <w:r>
        <w:t>Post Details</w:t>
      </w:r>
    </w:p>
    <w:p>
      <w:r>
        <w:t>1. Platform(s): [ ] Facebook  [ ] Instagram  [ ] Twitter  [ ] LinkedIn  [ ] Other: _____________</w:t>
      </w:r>
    </w:p>
    <w:p>
      <w:r>
        <w:t>2. Proposed Post Date: __________________________</w:t>
      </w:r>
    </w:p>
    <w:p>
      <w:r>
        <w:t>3. Target Audience: _____________________________</w:t>
      </w:r>
    </w:p>
    <w:p>
      <w:r>
        <w:t>4. Post Content (Text):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r>
        <w:t>5. Image/Video Attached: [ ] Yes  [ ] No</w:t>
      </w:r>
    </w:p>
    <w:p>
      <w:r>
        <w:t>If yes, provide filename(s): __________________________</w:t>
      </w:r>
    </w:p>
    <w:p>
      <w:r>
        <w:t>6. Link(s) to be included:</w:t>
      </w:r>
    </w:p>
    <w:p>
      <w:r>
        <w:t>__________________________________________________________</w:t>
      </w:r>
    </w:p>
    <w:p>
      <w:pPr>
        <w:pStyle w:val="Heading2"/>
      </w:pPr>
      <w:r>
        <w:t>Approval</w:t>
      </w:r>
    </w:p>
    <w:p>
      <w:r>
        <w:t>Marketing Director: _________________________  Date: _______________</w:t>
      </w:r>
    </w:p>
    <w:p>
      <w:r>
        <w:t>Executive Approval: _________________________  Date: _______________</w:t>
      </w:r>
    </w:p>
    <w:p>
      <w:r>
        <w:br/>
        <w:t>This form must be completed and submitted at least 48 hours prior to intended posting date.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