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Volunteer Application Form</w:t>
      </w:r>
    </w:p>
    <w:p>
      <w:r>
        <w:t>Organization: Hope for Autism United for Soccer Foundation Inc.</w:t>
      </w:r>
    </w:p>
    <w:p>
      <w:r>
        <w:t>Date of Application: __________________________</w:t>
      </w:r>
    </w:p>
    <w:p>
      <w:pPr>
        <w:pStyle w:val="Heading2"/>
      </w:pPr>
      <w:r>
        <w:t>Personal Information</w:t>
      </w:r>
    </w:p>
    <w:p>
      <w:r>
        <w:t>Full Name: ________________________________________________</w:t>
      </w:r>
    </w:p>
    <w:p>
      <w:r>
        <w:t>Date of Birth: ___________________</w:t>
      </w:r>
    </w:p>
    <w:p>
      <w:r>
        <w:t>Phone Number: ___________________</w:t>
      </w:r>
    </w:p>
    <w:p>
      <w:r>
        <w:t>Email Address: _____________________________________________</w:t>
      </w:r>
    </w:p>
    <w:p>
      <w:r>
        <w:t>Address: _________________________________________________</w:t>
      </w:r>
    </w:p>
    <w:p>
      <w:r>
        <w:t>City: ____________________  State: __________  Zip: __________</w:t>
      </w:r>
    </w:p>
    <w:p>
      <w:pPr>
        <w:pStyle w:val="Heading2"/>
      </w:pPr>
      <w:r>
        <w:t>Emergency Contact</w:t>
      </w:r>
    </w:p>
    <w:p>
      <w:r>
        <w:t>Name: _________________________________________________</w:t>
      </w:r>
    </w:p>
    <w:p>
      <w:r>
        <w:t>Relationship: ___________________  Phone: _________________</w:t>
      </w:r>
    </w:p>
    <w:p>
      <w:pPr>
        <w:pStyle w:val="Heading2"/>
      </w:pPr>
      <w:r>
        <w:t>Availability</w:t>
      </w:r>
    </w:p>
    <w:p>
      <w:r>
        <w:t>Preferred Days: [ ] Mon  [ ] Tue  [ ] Wed  [ ] Thu  [ ] Fri  [ ] Sat  [ ] Sun</w:t>
      </w:r>
    </w:p>
    <w:p>
      <w:r>
        <w:t>Preferred Times: __________________________________________</w:t>
      </w:r>
    </w:p>
    <w:p>
      <w:pPr>
        <w:pStyle w:val="Heading2"/>
      </w:pPr>
      <w:r>
        <w:t>Volunteer Interests</w:t>
      </w:r>
    </w:p>
    <w:p>
      <w:r>
        <w:t>Please select the area(s) you are interested in volunteering:</w:t>
      </w:r>
    </w:p>
    <w:p>
      <w:r>
        <w:t>[ ] Soccer Training</w:t>
        <w:br/>
        <w:t>[ ] Administrative Support</w:t>
        <w:br/>
        <w:t>[ ] Events &amp; Fundraising</w:t>
        <w:br/>
        <w:t>[ ] Marketing &amp; Outreach</w:t>
        <w:br/>
        <w:t>[ ] Technology Support</w:t>
        <w:br/>
        <w:t>[ ] Other: __________________</w:t>
      </w:r>
    </w:p>
    <w:p>
      <w:pPr>
        <w:pStyle w:val="Heading2"/>
      </w:pPr>
      <w:r>
        <w:t>Skills &amp; Experience</w:t>
      </w:r>
    </w:p>
    <w:p>
      <w:r>
        <w:t>Briefly describe any relevant skills, experience, or qualifications:</w:t>
      </w:r>
    </w:p>
    <w:p>
      <w:r>
        <w:t>________________________________________________________</w:t>
      </w:r>
    </w:p>
    <w:p>
      <w:r>
        <w:t>________________________________________________________</w:t>
      </w:r>
    </w:p>
    <w:p>
      <w:pPr>
        <w:pStyle w:val="Heading2"/>
      </w:pPr>
      <w:r>
        <w:t>Background Check Consent</w:t>
      </w:r>
    </w:p>
    <w:p>
      <w:r>
        <w:t>Have you ever been convicted of a felony?  [ ] Yes   [ ] No</w:t>
      </w:r>
    </w:p>
    <w:p>
      <w:r>
        <w:t>If yes, please explain:</w:t>
      </w:r>
    </w:p>
    <w:p>
      <w:r>
        <w:t>________________________________________________________</w:t>
      </w:r>
    </w:p>
    <w:p>
      <w:r>
        <w:t>________________________________________________________</w:t>
      </w:r>
    </w:p>
    <w:p>
      <w:r>
        <w:br/>
        <w:t>I hereby authorize Hope for Autism United for Soccer Foundation Inc. to conduct a background check if required.</w:t>
      </w:r>
    </w:p>
    <w:p>
      <w:r>
        <w:br/>
        <w:t>Signature: ___________________________________    Date: 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